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C8934" w14:textId="77777777" w:rsidR="00EB2EB0" w:rsidRDefault="00680FBB">
      <w:pPr>
        <w:pStyle w:val="Heading1"/>
        <w:jc w:val="center"/>
      </w:pPr>
      <w:r>
        <w:t>LIFE FM</w:t>
      </w:r>
      <w:r>
        <w:br/>
        <w:t>OFFICIAL COMPLAINT FORM</w:t>
      </w:r>
    </w:p>
    <w:p w14:paraId="5F386A8D" w14:textId="755D1756" w:rsidR="00EB2EB0" w:rsidRDefault="00680FBB">
      <w:r>
        <w:t>Life FM welcomes feedback and complaints from listeners.</w:t>
      </w:r>
      <w:r>
        <w:br/>
      </w:r>
    </w:p>
    <w:p w14:paraId="125C9B30" w14:textId="77777777" w:rsidR="00EB2EB0" w:rsidRDefault="00680FBB">
      <w:pPr>
        <w:pStyle w:val="Heading2"/>
      </w:pPr>
      <w:r>
        <w:t>1. Your Details</w:t>
      </w:r>
    </w:p>
    <w:p w14:paraId="05BA2C80" w14:textId="77777777" w:rsidR="00EB2EB0" w:rsidRDefault="00680FBB">
      <w:r>
        <w:t>Full Name: __________________________________________</w:t>
      </w:r>
    </w:p>
    <w:p w14:paraId="5249D67B" w14:textId="1AC51F3E" w:rsidR="00EB2EB0" w:rsidRDefault="00680FBB">
      <w:proofErr w:type="gramStart"/>
      <w:r>
        <w:t>Address :</w:t>
      </w:r>
      <w:proofErr w:type="gramEnd"/>
      <w:r>
        <w:t xml:space="preserve"> __________________________________</w:t>
      </w:r>
    </w:p>
    <w:p w14:paraId="75B61E6C" w14:textId="77777777" w:rsidR="00EB2EB0" w:rsidRDefault="00680FBB">
      <w:r>
        <w:t>_____________________________________________________</w:t>
      </w:r>
    </w:p>
    <w:p w14:paraId="66BA0B18" w14:textId="77777777" w:rsidR="00EB2EB0" w:rsidRDefault="00680FBB">
      <w:r>
        <w:t>Email Address: ______________________________________</w:t>
      </w:r>
    </w:p>
    <w:p w14:paraId="0A488D49" w14:textId="51638114" w:rsidR="00EB2EB0" w:rsidRDefault="00680FBB">
      <w:r>
        <w:t xml:space="preserve">Telephone </w:t>
      </w:r>
      <w:proofErr w:type="gramStart"/>
      <w:r>
        <w:t>Number :</w:t>
      </w:r>
      <w:proofErr w:type="gramEnd"/>
      <w:r>
        <w:t xml:space="preserve"> __________________________</w:t>
      </w:r>
    </w:p>
    <w:p w14:paraId="1C60DCC6" w14:textId="77777777" w:rsidR="00EB2EB0" w:rsidRDefault="00680FBB">
      <w:r>
        <w:t>Preferred method of contact: ☐ Email   ☐ Post   ☐ Telephone</w:t>
      </w:r>
    </w:p>
    <w:p w14:paraId="4B0254B2" w14:textId="77777777" w:rsidR="00EB2EB0" w:rsidRDefault="00680FBB">
      <w:pPr>
        <w:pStyle w:val="Heading2"/>
      </w:pPr>
      <w:r>
        <w:t>2. Broadcast Details</w:t>
      </w:r>
    </w:p>
    <w:p w14:paraId="3378166B" w14:textId="77777777" w:rsidR="00EB2EB0" w:rsidRDefault="00680FBB">
      <w:r>
        <w:t>Programme Name: ____________________________________</w:t>
      </w:r>
    </w:p>
    <w:p w14:paraId="2100D3F9" w14:textId="77777777" w:rsidR="00EB2EB0" w:rsidRDefault="00680FBB">
      <w:r>
        <w:t>Date of Broadcast: ___________________________________</w:t>
      </w:r>
    </w:p>
    <w:p w14:paraId="37D0CDC6" w14:textId="77777777" w:rsidR="00EB2EB0" w:rsidRDefault="00680FBB">
      <w:r>
        <w:t>Time of Broadcast: ___________________________________</w:t>
      </w:r>
    </w:p>
    <w:p w14:paraId="6073085C" w14:textId="77777777" w:rsidR="00EB2EB0" w:rsidRDefault="00680FBB">
      <w:r>
        <w:t>Presenter (if known): _________________________________</w:t>
      </w:r>
    </w:p>
    <w:p w14:paraId="38148CAF" w14:textId="77777777" w:rsidR="00EB2EB0" w:rsidRDefault="00680FBB">
      <w:pPr>
        <w:pStyle w:val="Heading2"/>
      </w:pPr>
      <w:r>
        <w:t>3. Nature of Your Complaint</w:t>
      </w:r>
    </w:p>
    <w:p w14:paraId="0765F88F" w14:textId="77777777" w:rsidR="00EB2EB0" w:rsidRDefault="00680FBB">
      <w:r>
        <w:t>Please describe clearly what you believe was wrong with the broadcast. Include as much detail as possible.</w:t>
      </w:r>
    </w:p>
    <w:p w14:paraId="6DFD3766" w14:textId="77777777" w:rsidR="00EB2EB0" w:rsidRDefault="00680FBB">
      <w:r>
        <w:t>_____________________________________________________</w:t>
      </w:r>
    </w:p>
    <w:p w14:paraId="26433FC3" w14:textId="77777777" w:rsidR="00EB2EB0" w:rsidRDefault="00680FBB">
      <w:r>
        <w:t>_____________________________________________________</w:t>
      </w:r>
    </w:p>
    <w:p w14:paraId="7CF1F17B" w14:textId="77777777" w:rsidR="00EB2EB0" w:rsidRDefault="00680FBB">
      <w:r>
        <w:t>_____________________________________________________</w:t>
      </w:r>
    </w:p>
    <w:p w14:paraId="68C9ED1F" w14:textId="77777777" w:rsidR="00EB2EB0" w:rsidRDefault="00680FBB">
      <w:r>
        <w:t>_____________________________________________________</w:t>
      </w:r>
    </w:p>
    <w:p w14:paraId="259ABEC4" w14:textId="77777777" w:rsidR="00EB2EB0" w:rsidRDefault="00680FBB">
      <w:r>
        <w:t>(Attach additional pages if required.)</w:t>
      </w:r>
    </w:p>
    <w:p w14:paraId="3C952C63" w14:textId="77777777" w:rsidR="00EB2EB0" w:rsidRDefault="00680FBB">
      <w:pPr>
        <w:pStyle w:val="Heading2"/>
      </w:pPr>
      <w:r>
        <w:t>4. Grounds of Complaint (Tick all that apply)</w:t>
      </w:r>
    </w:p>
    <w:p w14:paraId="41D49ADF" w14:textId="748B5848" w:rsidR="00EB2EB0" w:rsidRDefault="00680FBB">
      <w:r>
        <w:t xml:space="preserve">☐ Breached a Media Service Code </w:t>
      </w:r>
      <w:hyperlink r:id="rId6" w:history="1">
        <w:r w:rsidRPr="004F5D24">
          <w:rPr>
            <w:rStyle w:val="Hyperlink"/>
          </w:rPr>
          <w:t>(Section 46</w:t>
        </w:r>
        <w:proofErr w:type="gramStart"/>
        <w:r w:rsidRPr="004F5D24">
          <w:rPr>
            <w:rStyle w:val="Hyperlink"/>
          </w:rPr>
          <w:t>N(</w:t>
        </w:r>
        <w:proofErr w:type="gramEnd"/>
        <w:r w:rsidRPr="004F5D24">
          <w:rPr>
            <w:rStyle w:val="Hyperlink"/>
          </w:rPr>
          <w:t>1))</w:t>
        </w:r>
      </w:hyperlink>
    </w:p>
    <w:p w14:paraId="14462CBD" w14:textId="6B46C82B" w:rsidR="00EB2EB0" w:rsidRDefault="00680FBB">
      <w:r>
        <w:t xml:space="preserve">☐ Breached a Media Service Rule </w:t>
      </w:r>
      <w:hyperlink r:id="rId7" w:history="1">
        <w:r w:rsidRPr="004F5D24">
          <w:rPr>
            <w:rStyle w:val="Hyperlink"/>
          </w:rPr>
          <w:t>(Section 46</w:t>
        </w:r>
        <w:proofErr w:type="gramStart"/>
        <w:r w:rsidRPr="004F5D24">
          <w:rPr>
            <w:rStyle w:val="Hyperlink"/>
          </w:rPr>
          <w:t>O(</w:t>
        </w:r>
        <w:proofErr w:type="gramEnd"/>
        <w:r w:rsidRPr="004F5D24">
          <w:rPr>
            <w:rStyle w:val="Hyperlink"/>
          </w:rPr>
          <w:t>11))</w:t>
        </w:r>
      </w:hyperlink>
    </w:p>
    <w:p w14:paraId="632F0C53" w14:textId="77777777" w:rsidR="00EB2EB0" w:rsidRDefault="00680FBB">
      <w:r>
        <w:lastRenderedPageBreak/>
        <w:t>☐ Failed to comply with statutory duties under Part 3B of the Broadcasting Act 2009 (as amended)</w:t>
      </w:r>
    </w:p>
    <w:p w14:paraId="1EF8B8CD" w14:textId="77777777" w:rsidR="00EB2EB0" w:rsidRDefault="00680FBB">
      <w:r>
        <w:t>This may include issues relating to:</w:t>
      </w:r>
    </w:p>
    <w:p w14:paraId="46D6527C" w14:textId="6B0644E9" w:rsidR="00EB2EB0" w:rsidRDefault="00680FBB">
      <w:r>
        <w:t xml:space="preserve">☐ </w:t>
      </w:r>
      <w:r w:rsidRPr="004F5D24">
        <w:t>Fairness, objectivity and impartiality</w:t>
      </w:r>
    </w:p>
    <w:p w14:paraId="272739DD" w14:textId="77777777" w:rsidR="00EB2EB0" w:rsidRDefault="00680FBB">
      <w:r>
        <w:t>☐ Harm and offence</w:t>
      </w:r>
    </w:p>
    <w:p w14:paraId="26E38C75" w14:textId="77777777" w:rsidR="00EB2EB0" w:rsidRDefault="00680FBB">
      <w:r>
        <w:t>☐ Privacy</w:t>
      </w:r>
    </w:p>
    <w:p w14:paraId="02902EB0" w14:textId="77777777" w:rsidR="00EB2EB0" w:rsidRDefault="00680FBB">
      <w:r>
        <w:t>☐ Commercial communications</w:t>
      </w:r>
    </w:p>
    <w:p w14:paraId="705BC2AB" w14:textId="77777777" w:rsidR="00EB2EB0" w:rsidRDefault="00680FBB">
      <w:r>
        <w:t>☐ Right of Reply</w:t>
      </w:r>
    </w:p>
    <w:p w14:paraId="0B4804D3" w14:textId="77777777" w:rsidR="00EB2EB0" w:rsidRDefault="00680FBB">
      <w:r>
        <w:t>☐ Other (please specify): _____________________________</w:t>
      </w:r>
    </w:p>
    <w:p w14:paraId="64EDD004" w14:textId="29015BE8" w:rsidR="00EB2EB0" w:rsidRDefault="00680FBB">
      <w:r>
        <w:t>Complaints are assessed under the relevant Media Service Codes, including:</w:t>
      </w:r>
      <w:r>
        <w:br/>
        <w:t xml:space="preserve">- </w:t>
      </w:r>
      <w:hyperlink r:id="rId8" w:history="1">
        <w:r w:rsidRPr="004F5D24">
          <w:rPr>
            <w:rStyle w:val="Hyperlink"/>
          </w:rPr>
          <w:t>Code of Fairness, Objectivity and Impartiality</w:t>
        </w:r>
      </w:hyperlink>
      <w:r>
        <w:br/>
        <w:t xml:space="preserve">- </w:t>
      </w:r>
      <w:hyperlink r:id="rId9" w:history="1">
        <w:r w:rsidRPr="004F5D24">
          <w:rPr>
            <w:rStyle w:val="Hyperlink"/>
          </w:rPr>
          <w:t xml:space="preserve">Code of </w:t>
        </w:r>
        <w:proofErr w:type="spellStart"/>
        <w:r w:rsidRPr="004F5D24">
          <w:rPr>
            <w:rStyle w:val="Hyperlink"/>
          </w:rPr>
          <w:t>Programme</w:t>
        </w:r>
        <w:proofErr w:type="spellEnd"/>
        <w:r w:rsidRPr="004F5D24">
          <w:rPr>
            <w:rStyle w:val="Hyperlink"/>
          </w:rPr>
          <w:t xml:space="preserve"> Standards (November 2024)</w:t>
        </w:r>
      </w:hyperlink>
      <w:r>
        <w:br/>
        <w:t xml:space="preserve">- </w:t>
      </w:r>
      <w:hyperlink r:id="rId10" w:history="1">
        <w:r w:rsidRPr="004F5D24">
          <w:rPr>
            <w:rStyle w:val="Hyperlink"/>
          </w:rPr>
          <w:t>Commercial Communications Code</w:t>
        </w:r>
      </w:hyperlink>
    </w:p>
    <w:p w14:paraId="12522098" w14:textId="77777777" w:rsidR="00EB2EB0" w:rsidRDefault="00680FBB">
      <w:pPr>
        <w:pStyle w:val="Heading2"/>
      </w:pPr>
      <w:r>
        <w:t>5. Supporting Information</w:t>
      </w:r>
    </w:p>
    <w:p w14:paraId="73B91359" w14:textId="77777777" w:rsidR="00EB2EB0" w:rsidRDefault="00680FBB">
      <w:r>
        <w:t>_____________________________________________________</w:t>
      </w:r>
    </w:p>
    <w:p w14:paraId="1E283D03" w14:textId="77777777" w:rsidR="00EB2EB0" w:rsidRDefault="00680FBB">
      <w:r>
        <w:t>_____________________________________________________</w:t>
      </w:r>
    </w:p>
    <w:p w14:paraId="08B9635A" w14:textId="77777777" w:rsidR="00EB2EB0" w:rsidRDefault="00680FBB">
      <w:pPr>
        <w:pStyle w:val="Heading2"/>
      </w:pPr>
      <w:r>
        <w:t>6. Declaration</w:t>
      </w:r>
    </w:p>
    <w:p w14:paraId="4B251D35" w14:textId="77777777" w:rsidR="00EB2EB0" w:rsidRDefault="00680FBB">
      <w:r>
        <w:t>☐ This complaint is made within 30 days of the broadcast.</w:t>
      </w:r>
    </w:p>
    <w:p w14:paraId="69DE45DB" w14:textId="77777777" w:rsidR="00EB2EB0" w:rsidRDefault="00680FBB">
      <w:r>
        <w:t>☐ The information provided above is accurate to the best of my knowledge.</w:t>
      </w:r>
    </w:p>
    <w:p w14:paraId="0F2AC6F7" w14:textId="77777777" w:rsidR="00EB2EB0" w:rsidRDefault="00680FBB">
      <w:r>
        <w:t>Signature (if submitting by post): ________________________</w:t>
      </w:r>
    </w:p>
    <w:p w14:paraId="771FB47D" w14:textId="77777777" w:rsidR="00EB2EB0" w:rsidRDefault="00680FBB">
      <w:r>
        <w:t>Date: ______________________</w:t>
      </w:r>
    </w:p>
    <w:p w14:paraId="165C198C" w14:textId="77777777" w:rsidR="00EB2EB0" w:rsidRDefault="00680FBB">
      <w:pPr>
        <w:pStyle w:val="Heading2"/>
      </w:pPr>
      <w:r>
        <w:t>Important Information</w:t>
      </w:r>
    </w:p>
    <w:p w14:paraId="664CC655" w14:textId="6357EACC" w:rsidR="00EB2EB0" w:rsidRDefault="00680FBB">
      <w:r>
        <w:t>- Complaints must be submitted in writing within 30 days of the broadcast.</w:t>
      </w:r>
      <w:r>
        <w:br/>
        <w:t>- Life FM will acknowledge your complaint within 7 working days.</w:t>
      </w:r>
      <w:r>
        <w:br/>
        <w:t>- A written decision will issue within 20 working days.</w:t>
      </w:r>
      <w:r>
        <w:br/>
        <w:t xml:space="preserve">- If </w:t>
      </w:r>
      <w:r w:rsidRPr="004F5D24">
        <w:t>dissatisfied, you may refer the complaint to Coimisiún na Meán within 14 days of receiving our response</w:t>
      </w:r>
      <w:r w:rsidR="004F5D24" w:rsidRPr="004F5D24">
        <w:t xml:space="preserve"> </w:t>
      </w:r>
      <w:r w:rsidR="004F5D24" w:rsidRPr="004F5D24">
        <w:rPr>
          <w:rFonts w:cs="Arial"/>
          <w:color w:val="000000"/>
          <w:sz w:val="20"/>
          <w:szCs w:val="20"/>
          <w:shd w:val="clear" w:color="auto" w:fill="FFFFFF"/>
        </w:rPr>
        <w:t>or within 14 days of the date a response was due if not received on time.</w:t>
      </w:r>
      <w:r>
        <w:br/>
        <w:t xml:space="preserve">Further information: </w:t>
      </w:r>
      <w:hyperlink r:id="rId11" w:history="1">
        <w:r w:rsidRPr="004F5D24">
          <w:rPr>
            <w:rStyle w:val="Hyperlink"/>
          </w:rPr>
          <w:t>www.cnam.ie</w:t>
        </w:r>
      </w:hyperlink>
    </w:p>
    <w:p w14:paraId="2A6186BE" w14:textId="77777777" w:rsidR="00EB2EB0" w:rsidRDefault="00680FBB">
      <w:pPr>
        <w:pStyle w:val="Heading2"/>
      </w:pPr>
      <w:r>
        <w:lastRenderedPageBreak/>
        <w:t>Submit Your Complaint To:</w:t>
      </w:r>
    </w:p>
    <w:p w14:paraId="7A7AF505" w14:textId="4747C579" w:rsidR="00EB2EB0" w:rsidRDefault="00680FBB">
      <w:r>
        <w:t>Complaints Officer</w:t>
      </w:r>
      <w:r>
        <w:br/>
        <w:t>Life FM</w:t>
      </w:r>
    </w:p>
    <w:p w14:paraId="5A16C464" w14:textId="06887DCC" w:rsidR="00EB2EB0" w:rsidRDefault="00680FBB">
      <w:r>
        <w:t>Email: complaints@lifefm.ie</w:t>
      </w:r>
    </w:p>
    <w:p w14:paraId="367908AB" w14:textId="5B1EB8AF" w:rsidR="00EB2EB0" w:rsidRDefault="00680FBB">
      <w:r>
        <w:t xml:space="preserve">Phone: 021 4961111 / 021 4964444 </w:t>
      </w:r>
    </w:p>
    <w:sectPr w:rsidR="00EB2EB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C2D83"/>
    <w:rsid w:val="004F5D24"/>
    <w:rsid w:val="00680FBB"/>
    <w:rsid w:val="00783B62"/>
    <w:rsid w:val="00912E95"/>
    <w:rsid w:val="00AA1D8D"/>
    <w:rsid w:val="00B47730"/>
    <w:rsid w:val="00CB0664"/>
    <w:rsid w:val="00EB2EB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F401D2"/>
  <w14:defaultImageDpi w14:val="300"/>
  <w15:docId w15:val="{F742F3A5-C67B-42A8-8FB4-049BC7DEF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4F5D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5D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nam.ie/app/uploads/2024/12/Code-of-Fairness-Objectivity-Impartiality-December-2024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revisedacts.lawreform.ie/eli/2009/act/18/section/46O/revised/en/htm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revisedacts.lawreform.ie/eli/2009/act/18/section/46N/revised/en/html" TargetMode="External"/><Relationship Id="rId11" Type="http://schemas.openxmlformats.org/officeDocument/2006/relationships/hyperlink" Target="www.cnam.i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cnam.ie/industry-and-professionals/codes-legislation/codes-and-rules/general-commercial-communications-cod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nam.ie/industry-and-professionals/codes-legislation/codes-and-rules/code-of-programme-standard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Brian</cp:lastModifiedBy>
  <cp:revision>6</cp:revision>
  <dcterms:created xsi:type="dcterms:W3CDTF">2026-02-18T12:17:00Z</dcterms:created>
  <dcterms:modified xsi:type="dcterms:W3CDTF">2026-03-03T16:41:00Z</dcterms:modified>
  <cp:category/>
</cp:coreProperties>
</file>